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E9E32B" w14:textId="77777777" w:rsidR="005A0005" w:rsidRDefault="005A0005" w:rsidP="00E16856">
      <w:pPr>
        <w:jc w:val="center"/>
        <w:rPr>
          <w:rFonts w:ascii="Times New Roman" w:hAnsi="Times New Roman" w:cs="Times New Roman"/>
          <w:b/>
          <w:sz w:val="24"/>
        </w:rPr>
      </w:pPr>
    </w:p>
    <w:p w14:paraId="298237C1" w14:textId="77777777" w:rsidR="005A0005" w:rsidRDefault="005A0005" w:rsidP="00E16856">
      <w:pPr>
        <w:jc w:val="center"/>
        <w:rPr>
          <w:rFonts w:ascii="Times New Roman" w:hAnsi="Times New Roman" w:cs="Times New Roman"/>
          <w:b/>
          <w:sz w:val="24"/>
        </w:rPr>
      </w:pPr>
    </w:p>
    <w:p w14:paraId="6A3B7E72" w14:textId="77777777" w:rsidR="005A0005" w:rsidRDefault="005A0005" w:rsidP="00E16856">
      <w:pPr>
        <w:jc w:val="center"/>
        <w:rPr>
          <w:rFonts w:ascii="Times New Roman" w:hAnsi="Times New Roman" w:cs="Times New Roman"/>
          <w:b/>
          <w:sz w:val="24"/>
        </w:rPr>
      </w:pPr>
    </w:p>
    <w:p w14:paraId="7BC98A0F" w14:textId="03A19E1D" w:rsidR="00CC3F71" w:rsidRPr="00D2009F" w:rsidRDefault="006101EB" w:rsidP="005A0005">
      <w:pPr>
        <w:jc w:val="center"/>
        <w:rPr>
          <w:rFonts w:ascii="Times New Roman" w:hAnsi="Times New Roman" w:cs="Times New Roman"/>
          <w:b/>
          <w:sz w:val="24"/>
        </w:rPr>
      </w:pPr>
      <w:r w:rsidRPr="00D2009F">
        <w:rPr>
          <w:rFonts w:ascii="Times New Roman" w:hAnsi="Times New Roman" w:cs="Times New Roman"/>
          <w:b/>
          <w:sz w:val="24"/>
        </w:rPr>
        <w:t>Anti-Ragging Committee</w:t>
      </w:r>
      <w:r w:rsidR="00E16856" w:rsidRPr="00D2009F">
        <w:rPr>
          <w:rFonts w:ascii="Times New Roman" w:hAnsi="Times New Roman" w:cs="Times New Roman"/>
          <w:b/>
          <w:sz w:val="24"/>
        </w:rPr>
        <w:t xml:space="preserve"> 2026-27</w:t>
      </w:r>
    </w:p>
    <w:p w14:paraId="7DC25835" w14:textId="77777777" w:rsidR="00CC3F71" w:rsidRPr="00D2009F" w:rsidRDefault="006101EB" w:rsidP="005A0005">
      <w:pPr>
        <w:jc w:val="both"/>
        <w:rPr>
          <w:rFonts w:ascii="Times New Roman" w:hAnsi="Times New Roman" w:cs="Times New Roman"/>
        </w:rPr>
      </w:pPr>
      <w:r w:rsidRPr="00D2009F">
        <w:rPr>
          <w:rFonts w:ascii="Times New Roman" w:hAnsi="Times New Roman" w:cs="Times New Roman"/>
        </w:rPr>
        <w:t>The Anti-Ragging Committee monitors, prevents, and acts against ragging activities. It ensures compliance with all anti-ragging regulations and handles complaints with utmost seriousness.</w:t>
      </w:r>
    </w:p>
    <w:tbl>
      <w:tblPr>
        <w:tblpPr w:leftFromText="180" w:rightFromText="180" w:vertAnchor="text" w:horzAnchor="page" w:tblpX="2729" w:tblpY="167"/>
        <w:tblW w:w="8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5"/>
        <w:gridCol w:w="2340"/>
        <w:gridCol w:w="2447"/>
        <w:gridCol w:w="3223"/>
      </w:tblGrid>
      <w:tr w:rsidR="001623FE" w:rsidRPr="00D2009F" w14:paraId="7BBC05DD" w14:textId="77777777" w:rsidTr="005A0005">
        <w:trPr>
          <w:trHeight w:val="295"/>
        </w:trPr>
        <w:tc>
          <w:tcPr>
            <w:tcW w:w="725" w:type="dxa"/>
          </w:tcPr>
          <w:p w14:paraId="23BEF380" w14:textId="77777777" w:rsidR="008D6734" w:rsidRPr="00D2009F" w:rsidRDefault="008D6734" w:rsidP="005A0005">
            <w:pPr>
              <w:spacing w:before="50"/>
              <w:rPr>
                <w:rFonts w:ascii="Times New Roman" w:hAnsi="Times New Roman" w:cs="Times New Roman"/>
                <w:b/>
              </w:rPr>
            </w:pPr>
            <w:r w:rsidRPr="00D2009F">
              <w:rPr>
                <w:rFonts w:ascii="Times New Roman" w:hAnsi="Times New Roman" w:cs="Times New Roman"/>
                <w:b/>
              </w:rPr>
              <w:t>Sr. No.</w:t>
            </w:r>
          </w:p>
        </w:tc>
        <w:tc>
          <w:tcPr>
            <w:tcW w:w="2340" w:type="dxa"/>
          </w:tcPr>
          <w:p w14:paraId="6F902DEB" w14:textId="77777777" w:rsidR="008D6734" w:rsidRPr="00D2009F" w:rsidRDefault="008D6734" w:rsidP="005A0005">
            <w:pPr>
              <w:spacing w:before="50"/>
              <w:rPr>
                <w:rFonts w:ascii="Times New Roman" w:hAnsi="Times New Roman" w:cs="Times New Roman"/>
                <w:b/>
              </w:rPr>
            </w:pPr>
            <w:r w:rsidRPr="00D2009F">
              <w:rPr>
                <w:rFonts w:ascii="Times New Roman" w:hAnsi="Times New Roman" w:cs="Times New Roman"/>
                <w:b/>
              </w:rPr>
              <w:t>Name of member</w:t>
            </w:r>
          </w:p>
        </w:tc>
        <w:tc>
          <w:tcPr>
            <w:tcW w:w="2447" w:type="dxa"/>
          </w:tcPr>
          <w:p w14:paraId="093E87F6" w14:textId="77777777" w:rsidR="008D6734" w:rsidRPr="00D2009F" w:rsidRDefault="008D6734" w:rsidP="005A0005">
            <w:pPr>
              <w:spacing w:before="50"/>
              <w:rPr>
                <w:rFonts w:ascii="Times New Roman" w:hAnsi="Times New Roman" w:cs="Times New Roman"/>
                <w:b/>
              </w:rPr>
            </w:pPr>
            <w:r w:rsidRPr="00D2009F">
              <w:rPr>
                <w:rFonts w:ascii="Times New Roman" w:hAnsi="Times New Roman" w:cs="Times New Roman"/>
                <w:b/>
              </w:rPr>
              <w:t>Designation</w:t>
            </w:r>
          </w:p>
        </w:tc>
        <w:tc>
          <w:tcPr>
            <w:tcW w:w="3223" w:type="dxa"/>
          </w:tcPr>
          <w:p w14:paraId="3EF297F2" w14:textId="77777777" w:rsidR="008D6734" w:rsidRPr="00D2009F" w:rsidRDefault="008D6734" w:rsidP="005A0005">
            <w:pPr>
              <w:spacing w:before="50"/>
              <w:jc w:val="center"/>
              <w:rPr>
                <w:rFonts w:ascii="Times New Roman" w:hAnsi="Times New Roman" w:cs="Times New Roman"/>
                <w:b/>
              </w:rPr>
            </w:pPr>
            <w:r w:rsidRPr="00D2009F">
              <w:rPr>
                <w:rFonts w:ascii="Times New Roman" w:hAnsi="Times New Roman" w:cs="Times New Roman"/>
                <w:b/>
              </w:rPr>
              <w:t>Contact Details</w:t>
            </w:r>
          </w:p>
        </w:tc>
      </w:tr>
      <w:tr w:rsidR="001623FE" w:rsidRPr="00D2009F" w14:paraId="3421FDDD" w14:textId="77777777" w:rsidTr="005A0005">
        <w:trPr>
          <w:trHeight w:val="315"/>
        </w:trPr>
        <w:tc>
          <w:tcPr>
            <w:tcW w:w="725" w:type="dxa"/>
          </w:tcPr>
          <w:p w14:paraId="7739DF26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40" w:type="dxa"/>
          </w:tcPr>
          <w:p w14:paraId="0232BC5B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D2009F">
              <w:rPr>
                <w:rFonts w:ascii="Times New Roman" w:hAnsi="Times New Roman" w:cs="Times New Roman"/>
              </w:rPr>
              <w:t>Rajashree</w:t>
            </w:r>
            <w:proofErr w:type="spellEnd"/>
            <w:r w:rsidRPr="00D200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009F">
              <w:rPr>
                <w:rFonts w:ascii="Times New Roman" w:hAnsi="Times New Roman" w:cs="Times New Roman"/>
              </w:rPr>
              <w:t>Chavan</w:t>
            </w:r>
            <w:proofErr w:type="spellEnd"/>
          </w:p>
        </w:tc>
        <w:tc>
          <w:tcPr>
            <w:tcW w:w="2447" w:type="dxa"/>
          </w:tcPr>
          <w:p w14:paraId="6F7092CC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Chairman (Principal)</w:t>
            </w:r>
          </w:p>
        </w:tc>
        <w:tc>
          <w:tcPr>
            <w:tcW w:w="3223" w:type="dxa"/>
          </w:tcPr>
          <w:p w14:paraId="4CBC8E9A" w14:textId="77777777" w:rsidR="008D6734" w:rsidRPr="00D2009F" w:rsidRDefault="008D6734" w:rsidP="005A0005">
            <w:pPr>
              <w:spacing w:before="5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9822258474</w:t>
            </w:r>
          </w:p>
          <w:p w14:paraId="78B7897A" w14:textId="77777777" w:rsidR="008D6734" w:rsidRPr="00D2009F" w:rsidRDefault="00553678" w:rsidP="005A0005">
            <w:pPr>
              <w:spacing w:before="5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rajchavan18@gmail.com</w:t>
            </w:r>
          </w:p>
        </w:tc>
      </w:tr>
      <w:tr w:rsidR="001623FE" w:rsidRPr="00D2009F" w14:paraId="519CDFDD" w14:textId="77777777" w:rsidTr="005A0005">
        <w:trPr>
          <w:trHeight w:val="418"/>
        </w:trPr>
        <w:tc>
          <w:tcPr>
            <w:tcW w:w="725" w:type="dxa"/>
          </w:tcPr>
          <w:p w14:paraId="1714DA89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40" w:type="dxa"/>
          </w:tcPr>
          <w:p w14:paraId="161065AE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Adv. Sagar Gaikwad</w:t>
            </w:r>
          </w:p>
        </w:tc>
        <w:tc>
          <w:tcPr>
            <w:tcW w:w="2447" w:type="dxa"/>
          </w:tcPr>
          <w:p w14:paraId="0E1988A0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Civil Representative</w:t>
            </w:r>
          </w:p>
        </w:tc>
        <w:tc>
          <w:tcPr>
            <w:tcW w:w="3223" w:type="dxa"/>
          </w:tcPr>
          <w:p w14:paraId="049B0F63" w14:textId="77777777" w:rsidR="008D6734" w:rsidRPr="00D2009F" w:rsidRDefault="00456487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9975105853</w:t>
            </w:r>
          </w:p>
          <w:p w14:paraId="4BA9F15A" w14:textId="77777777" w:rsidR="00456487" w:rsidRPr="00D2009F" w:rsidRDefault="001C2B61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s</w:t>
            </w:r>
            <w:r w:rsidR="00456487" w:rsidRPr="00D2009F">
              <w:rPr>
                <w:rFonts w:ascii="Times New Roman" w:hAnsi="Times New Roman" w:cs="Times New Roman"/>
              </w:rPr>
              <w:t>agar4u28@gmail.com</w:t>
            </w:r>
          </w:p>
        </w:tc>
      </w:tr>
      <w:tr w:rsidR="001623FE" w:rsidRPr="00D2009F" w14:paraId="7038C90E" w14:textId="77777777" w:rsidTr="005A0005">
        <w:trPr>
          <w:trHeight w:val="296"/>
        </w:trPr>
        <w:tc>
          <w:tcPr>
            <w:tcW w:w="725" w:type="dxa"/>
          </w:tcPr>
          <w:p w14:paraId="0A44F6C8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40" w:type="dxa"/>
          </w:tcPr>
          <w:p w14:paraId="12BC13CD" w14:textId="77777777" w:rsidR="008D6734" w:rsidRPr="00D2009F" w:rsidRDefault="00097F47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 w:rsidRPr="00D2009F">
              <w:rPr>
                <w:rFonts w:ascii="Times New Roman" w:hAnsi="Times New Roman" w:cs="Times New Roman"/>
              </w:rPr>
              <w:t>Sachin</w:t>
            </w:r>
            <w:proofErr w:type="spellEnd"/>
            <w:r w:rsidRPr="00D200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009F">
              <w:rPr>
                <w:rFonts w:ascii="Times New Roman" w:hAnsi="Times New Roman" w:cs="Times New Roman"/>
              </w:rPr>
              <w:t>Kiwale</w:t>
            </w:r>
            <w:proofErr w:type="spellEnd"/>
            <w:r w:rsidR="008D6734" w:rsidRPr="00D200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D6734" w:rsidRPr="00D2009F">
              <w:rPr>
                <w:rFonts w:ascii="Times New Roman" w:hAnsi="Times New Roman" w:cs="Times New Roman"/>
              </w:rPr>
              <w:t xml:space="preserve">(B. No. </w:t>
            </w:r>
            <w:r w:rsidRPr="00D2009F">
              <w:rPr>
                <w:rFonts w:ascii="Times New Roman" w:hAnsi="Times New Roman" w:cs="Times New Roman"/>
              </w:rPr>
              <w:t>1441</w:t>
            </w:r>
            <w:r w:rsidR="008D6734" w:rsidRPr="00D2009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47" w:type="dxa"/>
          </w:tcPr>
          <w:p w14:paraId="54505B57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Police Representative</w:t>
            </w:r>
          </w:p>
        </w:tc>
        <w:tc>
          <w:tcPr>
            <w:tcW w:w="3223" w:type="dxa"/>
          </w:tcPr>
          <w:p w14:paraId="29CCF777" w14:textId="77777777" w:rsidR="008D6734" w:rsidRPr="00D2009F" w:rsidRDefault="00097F47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7507559634</w:t>
            </w:r>
          </w:p>
          <w:p w14:paraId="373E686C" w14:textId="77777777" w:rsidR="00097F47" w:rsidRPr="00D2009F" w:rsidRDefault="001C2B61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s</w:t>
            </w:r>
            <w:r w:rsidR="00097F47" w:rsidRPr="00D2009F">
              <w:rPr>
                <w:rFonts w:ascii="Times New Roman" w:hAnsi="Times New Roman" w:cs="Times New Roman"/>
              </w:rPr>
              <w:t>achinkiwale0@gmail.com</w:t>
            </w:r>
          </w:p>
        </w:tc>
      </w:tr>
      <w:tr w:rsidR="001623FE" w:rsidRPr="00D2009F" w14:paraId="231269F2" w14:textId="77777777" w:rsidTr="005A0005">
        <w:trPr>
          <w:trHeight w:val="354"/>
        </w:trPr>
        <w:tc>
          <w:tcPr>
            <w:tcW w:w="725" w:type="dxa"/>
          </w:tcPr>
          <w:p w14:paraId="4D860569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40" w:type="dxa"/>
          </w:tcPr>
          <w:p w14:paraId="298A7991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 w:rsidRPr="00D2009F">
              <w:rPr>
                <w:rFonts w:ascii="Times New Roman" w:hAnsi="Times New Roman" w:cs="Times New Roman"/>
              </w:rPr>
              <w:t>Dattatray</w:t>
            </w:r>
            <w:proofErr w:type="spellEnd"/>
            <w:r w:rsidRPr="00D200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009F">
              <w:rPr>
                <w:rFonts w:ascii="Times New Roman" w:hAnsi="Times New Roman" w:cs="Times New Roman"/>
              </w:rPr>
              <w:t>Bhongale</w:t>
            </w:r>
            <w:proofErr w:type="spellEnd"/>
          </w:p>
        </w:tc>
        <w:tc>
          <w:tcPr>
            <w:tcW w:w="2447" w:type="dxa"/>
          </w:tcPr>
          <w:p w14:paraId="40668325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Media Representative</w:t>
            </w:r>
          </w:p>
        </w:tc>
        <w:tc>
          <w:tcPr>
            <w:tcW w:w="3223" w:type="dxa"/>
          </w:tcPr>
          <w:p w14:paraId="37C2099E" w14:textId="77777777" w:rsidR="008D6734" w:rsidRPr="00D2009F" w:rsidRDefault="00A07FF7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90118 63715</w:t>
            </w:r>
          </w:p>
          <w:p w14:paraId="29F7D0CF" w14:textId="77777777" w:rsidR="006614CC" w:rsidRPr="00D2009F" w:rsidRDefault="001C2B61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d</w:t>
            </w:r>
            <w:r w:rsidR="006614CC" w:rsidRPr="00D2009F">
              <w:rPr>
                <w:rFonts w:ascii="Times New Roman" w:hAnsi="Times New Roman" w:cs="Times New Roman"/>
              </w:rPr>
              <w:t>ata.bhongale1@gmail.com</w:t>
            </w:r>
          </w:p>
        </w:tc>
      </w:tr>
      <w:tr w:rsidR="001623FE" w:rsidRPr="00D2009F" w14:paraId="0986F5B9" w14:textId="77777777" w:rsidTr="005A0005">
        <w:trPr>
          <w:trHeight w:val="354"/>
        </w:trPr>
        <w:tc>
          <w:tcPr>
            <w:tcW w:w="725" w:type="dxa"/>
          </w:tcPr>
          <w:p w14:paraId="14772D1A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40" w:type="dxa"/>
          </w:tcPr>
          <w:p w14:paraId="3B09FD29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Mrs.</w:t>
            </w:r>
            <w:r w:rsidR="00553678" w:rsidRPr="00D200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009F">
              <w:rPr>
                <w:rFonts w:ascii="Times New Roman" w:hAnsi="Times New Roman" w:cs="Times New Roman"/>
              </w:rPr>
              <w:t>Vaishali</w:t>
            </w:r>
            <w:proofErr w:type="spellEnd"/>
            <w:r w:rsidRPr="00D200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009F">
              <w:rPr>
                <w:rFonts w:ascii="Times New Roman" w:hAnsi="Times New Roman" w:cs="Times New Roman"/>
              </w:rPr>
              <w:t>Kumbharkar</w:t>
            </w:r>
            <w:proofErr w:type="spellEnd"/>
          </w:p>
        </w:tc>
        <w:tc>
          <w:tcPr>
            <w:tcW w:w="2447" w:type="dxa"/>
          </w:tcPr>
          <w:p w14:paraId="0941E903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NGO Representative</w:t>
            </w:r>
          </w:p>
        </w:tc>
        <w:tc>
          <w:tcPr>
            <w:tcW w:w="3223" w:type="dxa"/>
          </w:tcPr>
          <w:p w14:paraId="4094C6C5" w14:textId="77777777" w:rsidR="00097F47" w:rsidRPr="00D2009F" w:rsidRDefault="00097F47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9604809937</w:t>
            </w:r>
          </w:p>
          <w:p w14:paraId="269A53A0" w14:textId="77777777" w:rsidR="008D6734" w:rsidRPr="00D2009F" w:rsidRDefault="00097F47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vaishukaluram@gmail.com</w:t>
            </w:r>
          </w:p>
        </w:tc>
      </w:tr>
      <w:tr w:rsidR="001623FE" w:rsidRPr="00D2009F" w14:paraId="5490BB05" w14:textId="77777777" w:rsidTr="005A0005">
        <w:trPr>
          <w:trHeight w:val="354"/>
        </w:trPr>
        <w:tc>
          <w:tcPr>
            <w:tcW w:w="725" w:type="dxa"/>
          </w:tcPr>
          <w:p w14:paraId="198D7075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40" w:type="dxa"/>
          </w:tcPr>
          <w:p w14:paraId="621FFF76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 xml:space="preserve">Ms. </w:t>
            </w:r>
            <w:proofErr w:type="spellStart"/>
            <w:r w:rsidRPr="00D2009F">
              <w:rPr>
                <w:rFonts w:ascii="Times New Roman" w:hAnsi="Times New Roman" w:cs="Times New Roman"/>
              </w:rPr>
              <w:t>Kartiki</w:t>
            </w:r>
            <w:proofErr w:type="spellEnd"/>
            <w:r w:rsidRPr="00D200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009F">
              <w:rPr>
                <w:rFonts w:ascii="Times New Roman" w:hAnsi="Times New Roman" w:cs="Times New Roman"/>
              </w:rPr>
              <w:t>Kadam</w:t>
            </w:r>
            <w:proofErr w:type="spellEnd"/>
          </w:p>
        </w:tc>
        <w:tc>
          <w:tcPr>
            <w:tcW w:w="2447" w:type="dxa"/>
          </w:tcPr>
          <w:p w14:paraId="00982C3C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Member (Lecturer)</w:t>
            </w:r>
          </w:p>
        </w:tc>
        <w:tc>
          <w:tcPr>
            <w:tcW w:w="3223" w:type="dxa"/>
          </w:tcPr>
          <w:p w14:paraId="68E5AF85" w14:textId="77777777" w:rsidR="00553678" w:rsidRPr="00D2009F" w:rsidRDefault="00553678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9765239326</w:t>
            </w:r>
          </w:p>
          <w:p w14:paraId="4E8B6439" w14:textId="77777777" w:rsidR="008D6734" w:rsidRPr="00D2009F" w:rsidRDefault="001C2B61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k</w:t>
            </w:r>
            <w:r w:rsidR="00553678" w:rsidRPr="00D2009F">
              <w:rPr>
                <w:rFonts w:ascii="Times New Roman" w:hAnsi="Times New Roman" w:cs="Times New Roman"/>
              </w:rPr>
              <w:t>artikik2910@gmail.com</w:t>
            </w:r>
          </w:p>
        </w:tc>
      </w:tr>
      <w:tr w:rsidR="001623FE" w:rsidRPr="00D2009F" w14:paraId="524F9304" w14:textId="77777777" w:rsidTr="005A0005">
        <w:trPr>
          <w:trHeight w:val="354"/>
        </w:trPr>
        <w:tc>
          <w:tcPr>
            <w:tcW w:w="725" w:type="dxa"/>
          </w:tcPr>
          <w:p w14:paraId="4F638043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40" w:type="dxa"/>
          </w:tcPr>
          <w:p w14:paraId="373C7530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 xml:space="preserve">Mrs. </w:t>
            </w:r>
            <w:proofErr w:type="spellStart"/>
            <w:r w:rsidR="00A07FF7" w:rsidRPr="00D2009F">
              <w:rPr>
                <w:rFonts w:ascii="Times New Roman" w:hAnsi="Times New Roman" w:cs="Times New Roman"/>
              </w:rPr>
              <w:t>Vaishali</w:t>
            </w:r>
            <w:proofErr w:type="spellEnd"/>
            <w:r w:rsidR="00A07FF7" w:rsidRPr="00D200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07FF7" w:rsidRPr="00D2009F">
              <w:rPr>
                <w:rFonts w:ascii="Times New Roman" w:hAnsi="Times New Roman" w:cs="Times New Roman"/>
              </w:rPr>
              <w:t>Takawale</w:t>
            </w:r>
            <w:proofErr w:type="spellEnd"/>
          </w:p>
        </w:tc>
        <w:tc>
          <w:tcPr>
            <w:tcW w:w="2447" w:type="dxa"/>
          </w:tcPr>
          <w:p w14:paraId="25688D07" w14:textId="77777777" w:rsidR="008D6734" w:rsidRPr="00D2009F" w:rsidRDefault="00A07FF7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Member (Jr. Clerk</w:t>
            </w:r>
            <w:r w:rsidR="008D6734" w:rsidRPr="00D2009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23" w:type="dxa"/>
          </w:tcPr>
          <w:p w14:paraId="36F7102C" w14:textId="77777777" w:rsidR="008D6734" w:rsidRPr="00D2009F" w:rsidRDefault="00A07FF7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9158717484</w:t>
            </w:r>
          </w:p>
          <w:p w14:paraId="3F343E87" w14:textId="77777777" w:rsidR="00A07FF7" w:rsidRPr="00D2009F" w:rsidRDefault="00A07FF7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vaishalivtakawale@gmail.com</w:t>
            </w:r>
          </w:p>
        </w:tc>
      </w:tr>
      <w:tr w:rsidR="001623FE" w:rsidRPr="00D2009F" w14:paraId="659E61FD" w14:textId="77777777" w:rsidTr="005A0005">
        <w:trPr>
          <w:trHeight w:val="354"/>
        </w:trPr>
        <w:tc>
          <w:tcPr>
            <w:tcW w:w="725" w:type="dxa"/>
          </w:tcPr>
          <w:p w14:paraId="51C7CF5A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40" w:type="dxa"/>
          </w:tcPr>
          <w:p w14:paraId="796A93CC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Mr. Sandip Jadhav</w:t>
            </w:r>
          </w:p>
        </w:tc>
        <w:tc>
          <w:tcPr>
            <w:tcW w:w="2447" w:type="dxa"/>
          </w:tcPr>
          <w:p w14:paraId="08B4ECBA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Member (Lab Asst.)</w:t>
            </w:r>
          </w:p>
        </w:tc>
        <w:tc>
          <w:tcPr>
            <w:tcW w:w="3223" w:type="dxa"/>
          </w:tcPr>
          <w:p w14:paraId="1FEA598A" w14:textId="77777777" w:rsidR="00A07FF7" w:rsidRPr="00D2009F" w:rsidRDefault="00A07FF7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9850894922</w:t>
            </w:r>
          </w:p>
          <w:p w14:paraId="7C79BEEC" w14:textId="77777777" w:rsidR="00A07FF7" w:rsidRPr="00D2009F" w:rsidRDefault="00A07FF7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sandeepursal@gmail.com</w:t>
            </w:r>
          </w:p>
        </w:tc>
      </w:tr>
      <w:tr w:rsidR="001623FE" w:rsidRPr="00D2009F" w14:paraId="3D788993" w14:textId="77777777" w:rsidTr="005A0005">
        <w:trPr>
          <w:trHeight w:val="345"/>
        </w:trPr>
        <w:tc>
          <w:tcPr>
            <w:tcW w:w="725" w:type="dxa"/>
          </w:tcPr>
          <w:p w14:paraId="0822034D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40" w:type="dxa"/>
          </w:tcPr>
          <w:p w14:paraId="1BE55307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Mr. Dattatray Mane</w:t>
            </w:r>
          </w:p>
        </w:tc>
        <w:tc>
          <w:tcPr>
            <w:tcW w:w="2447" w:type="dxa"/>
          </w:tcPr>
          <w:p w14:paraId="47AEF3E8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Parent Representative (M. Pharm)</w:t>
            </w:r>
          </w:p>
        </w:tc>
        <w:tc>
          <w:tcPr>
            <w:tcW w:w="3223" w:type="dxa"/>
          </w:tcPr>
          <w:p w14:paraId="1DCFE63F" w14:textId="77777777" w:rsidR="008D6734" w:rsidRPr="00D2009F" w:rsidRDefault="008D6734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9881151136</w:t>
            </w:r>
          </w:p>
          <w:p w14:paraId="4BC0C5FE" w14:textId="77777777" w:rsidR="008D6734" w:rsidRPr="00D2009F" w:rsidRDefault="001C2B61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d</w:t>
            </w:r>
            <w:r w:rsidR="008D6734" w:rsidRPr="00D2009F">
              <w:rPr>
                <w:rFonts w:ascii="Times New Roman" w:hAnsi="Times New Roman" w:cs="Times New Roman"/>
              </w:rPr>
              <w:t>attatraymane0393@gmail.com</w:t>
            </w:r>
          </w:p>
        </w:tc>
      </w:tr>
      <w:tr w:rsidR="001623FE" w:rsidRPr="00D2009F" w14:paraId="6D547BF6" w14:textId="77777777" w:rsidTr="005A0005">
        <w:trPr>
          <w:trHeight w:val="354"/>
        </w:trPr>
        <w:tc>
          <w:tcPr>
            <w:tcW w:w="725" w:type="dxa"/>
          </w:tcPr>
          <w:p w14:paraId="5442A03F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40" w:type="dxa"/>
          </w:tcPr>
          <w:p w14:paraId="1B0A748B" w14:textId="77777777" w:rsidR="008D6734" w:rsidRPr="00D2009F" w:rsidRDefault="00456487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 w:rsidRPr="00D2009F">
              <w:rPr>
                <w:rFonts w:ascii="Times New Roman" w:hAnsi="Times New Roman" w:cs="Times New Roman"/>
              </w:rPr>
              <w:t>Balasaheb</w:t>
            </w:r>
            <w:proofErr w:type="spellEnd"/>
            <w:r w:rsidRPr="00D200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009F">
              <w:rPr>
                <w:rFonts w:ascii="Times New Roman" w:hAnsi="Times New Roman" w:cs="Times New Roman"/>
              </w:rPr>
              <w:t>Jamdade</w:t>
            </w:r>
            <w:proofErr w:type="spellEnd"/>
          </w:p>
        </w:tc>
        <w:tc>
          <w:tcPr>
            <w:tcW w:w="2447" w:type="dxa"/>
          </w:tcPr>
          <w:p w14:paraId="7B25C24C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Parent Representative (B. Pharm)</w:t>
            </w:r>
          </w:p>
        </w:tc>
        <w:tc>
          <w:tcPr>
            <w:tcW w:w="3223" w:type="dxa"/>
          </w:tcPr>
          <w:p w14:paraId="729BDA96" w14:textId="77777777" w:rsidR="008D6734" w:rsidRPr="00D2009F" w:rsidRDefault="00456487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8237026941</w:t>
            </w:r>
          </w:p>
          <w:p w14:paraId="601DABCB" w14:textId="77777777" w:rsidR="00456487" w:rsidRPr="00D2009F" w:rsidRDefault="001C2B61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t</w:t>
            </w:r>
            <w:r w:rsidR="00456487" w:rsidRPr="00D2009F">
              <w:rPr>
                <w:rFonts w:ascii="Times New Roman" w:hAnsi="Times New Roman" w:cs="Times New Roman"/>
              </w:rPr>
              <w:t>ejashrijamdade26@gmail.com</w:t>
            </w:r>
          </w:p>
        </w:tc>
      </w:tr>
      <w:tr w:rsidR="001623FE" w:rsidRPr="00D2009F" w14:paraId="434499D3" w14:textId="77777777" w:rsidTr="005A0005">
        <w:trPr>
          <w:trHeight w:val="354"/>
        </w:trPr>
        <w:tc>
          <w:tcPr>
            <w:tcW w:w="725" w:type="dxa"/>
          </w:tcPr>
          <w:p w14:paraId="5D2477D0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40" w:type="dxa"/>
          </w:tcPr>
          <w:p w14:paraId="5B1552AF" w14:textId="77777777" w:rsidR="008D6734" w:rsidRPr="00D2009F" w:rsidRDefault="00553678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 xml:space="preserve">Mr. Datta </w:t>
            </w:r>
            <w:r w:rsidR="006C55A2" w:rsidRPr="00D2009F">
              <w:rPr>
                <w:rFonts w:ascii="Times New Roman" w:hAnsi="Times New Roman" w:cs="Times New Roman"/>
              </w:rPr>
              <w:t xml:space="preserve"> C</w:t>
            </w:r>
            <w:r w:rsidRPr="00D2009F">
              <w:rPr>
                <w:rFonts w:ascii="Times New Roman" w:hAnsi="Times New Roman" w:cs="Times New Roman"/>
              </w:rPr>
              <w:t xml:space="preserve">havan </w:t>
            </w:r>
          </w:p>
        </w:tc>
        <w:tc>
          <w:tcPr>
            <w:tcW w:w="2447" w:type="dxa"/>
          </w:tcPr>
          <w:p w14:paraId="5C11E188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Parent Representative (D. Pharm)</w:t>
            </w:r>
          </w:p>
        </w:tc>
        <w:tc>
          <w:tcPr>
            <w:tcW w:w="3223" w:type="dxa"/>
          </w:tcPr>
          <w:p w14:paraId="35061611" w14:textId="77777777" w:rsidR="008D6734" w:rsidRPr="00D2009F" w:rsidRDefault="00553678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8482856138</w:t>
            </w:r>
          </w:p>
          <w:p w14:paraId="45896716" w14:textId="77777777" w:rsidR="00553678" w:rsidRPr="00D2009F" w:rsidRDefault="00553678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kadamvaishnavi0612@gmail.com</w:t>
            </w:r>
          </w:p>
        </w:tc>
      </w:tr>
      <w:tr w:rsidR="001623FE" w:rsidRPr="00D2009F" w14:paraId="1F954F95" w14:textId="77777777" w:rsidTr="005A0005">
        <w:trPr>
          <w:trHeight w:val="345"/>
        </w:trPr>
        <w:tc>
          <w:tcPr>
            <w:tcW w:w="725" w:type="dxa"/>
          </w:tcPr>
          <w:p w14:paraId="39CDFD88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40" w:type="dxa"/>
          </w:tcPr>
          <w:p w14:paraId="2E8427FE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Ms. Pooja Mane</w:t>
            </w:r>
          </w:p>
        </w:tc>
        <w:tc>
          <w:tcPr>
            <w:tcW w:w="2447" w:type="dxa"/>
          </w:tcPr>
          <w:p w14:paraId="1EFF1018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Student (M. Pharm, Sem-III)</w:t>
            </w:r>
          </w:p>
        </w:tc>
        <w:tc>
          <w:tcPr>
            <w:tcW w:w="3223" w:type="dxa"/>
          </w:tcPr>
          <w:p w14:paraId="3A1933DF" w14:textId="77777777" w:rsidR="008D6734" w:rsidRPr="00D2009F" w:rsidRDefault="008D6734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9730294169</w:t>
            </w:r>
          </w:p>
          <w:p w14:paraId="73E7D2F7" w14:textId="77777777" w:rsidR="008D6734" w:rsidRPr="00D2009F" w:rsidRDefault="001C2B61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p</w:t>
            </w:r>
            <w:r w:rsidR="008D6734" w:rsidRPr="00D2009F">
              <w:rPr>
                <w:rFonts w:ascii="Times New Roman" w:hAnsi="Times New Roman" w:cs="Times New Roman"/>
              </w:rPr>
              <w:t>m203877@gmail.com</w:t>
            </w:r>
          </w:p>
        </w:tc>
      </w:tr>
      <w:tr w:rsidR="001623FE" w:rsidRPr="00D2009F" w14:paraId="26AD3694" w14:textId="77777777" w:rsidTr="005A0005">
        <w:trPr>
          <w:trHeight w:val="325"/>
        </w:trPr>
        <w:tc>
          <w:tcPr>
            <w:tcW w:w="725" w:type="dxa"/>
          </w:tcPr>
          <w:p w14:paraId="3E1AD8BA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2340" w:type="dxa"/>
          </w:tcPr>
          <w:p w14:paraId="26F929FE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Awaited</w:t>
            </w:r>
          </w:p>
        </w:tc>
        <w:tc>
          <w:tcPr>
            <w:tcW w:w="2447" w:type="dxa"/>
          </w:tcPr>
          <w:p w14:paraId="3FCCC79F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Student (M. Pharm, Sem-I)</w:t>
            </w:r>
          </w:p>
        </w:tc>
        <w:tc>
          <w:tcPr>
            <w:tcW w:w="3223" w:type="dxa"/>
          </w:tcPr>
          <w:p w14:paraId="2E12EA24" w14:textId="77777777" w:rsidR="008D6734" w:rsidRPr="00D2009F" w:rsidRDefault="008D6734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23FE" w:rsidRPr="00D2009F" w14:paraId="5C64B9E1" w14:textId="77777777" w:rsidTr="005A0005">
        <w:trPr>
          <w:trHeight w:val="354"/>
        </w:trPr>
        <w:tc>
          <w:tcPr>
            <w:tcW w:w="725" w:type="dxa"/>
          </w:tcPr>
          <w:p w14:paraId="5E139AE3" w14:textId="77777777" w:rsidR="00456487" w:rsidRPr="00D2009F" w:rsidRDefault="00456487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40" w:type="dxa"/>
          </w:tcPr>
          <w:p w14:paraId="3129EF7A" w14:textId="77777777" w:rsidR="00456487" w:rsidRPr="00D2009F" w:rsidRDefault="00456487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 xml:space="preserve">Ms. </w:t>
            </w:r>
            <w:proofErr w:type="spellStart"/>
            <w:r w:rsidRPr="00D2009F">
              <w:rPr>
                <w:rFonts w:ascii="Times New Roman" w:hAnsi="Times New Roman" w:cs="Times New Roman"/>
              </w:rPr>
              <w:t>Rutuja</w:t>
            </w:r>
            <w:proofErr w:type="spellEnd"/>
            <w:r w:rsidRPr="00D200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009F">
              <w:rPr>
                <w:rFonts w:ascii="Times New Roman" w:hAnsi="Times New Roman" w:cs="Times New Roman"/>
              </w:rPr>
              <w:t>Jagtap</w:t>
            </w:r>
            <w:proofErr w:type="spellEnd"/>
          </w:p>
        </w:tc>
        <w:tc>
          <w:tcPr>
            <w:tcW w:w="2447" w:type="dxa"/>
          </w:tcPr>
          <w:p w14:paraId="30D4DC36" w14:textId="77777777" w:rsidR="00456487" w:rsidRPr="00D2009F" w:rsidRDefault="00A07FF7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 xml:space="preserve">Student </w:t>
            </w:r>
            <w:r w:rsidR="00456487" w:rsidRPr="00D2009F">
              <w:rPr>
                <w:rFonts w:ascii="Times New Roman" w:hAnsi="Times New Roman" w:cs="Times New Roman"/>
              </w:rPr>
              <w:t>(</w:t>
            </w:r>
            <w:r w:rsidRPr="00D2009F">
              <w:rPr>
                <w:rFonts w:ascii="Times New Roman" w:hAnsi="Times New Roman" w:cs="Times New Roman"/>
              </w:rPr>
              <w:t xml:space="preserve">Final Y. </w:t>
            </w:r>
            <w:r w:rsidR="00456487" w:rsidRPr="00D2009F">
              <w:rPr>
                <w:rFonts w:ascii="Times New Roman" w:hAnsi="Times New Roman" w:cs="Times New Roman"/>
              </w:rPr>
              <w:t>B. Pharm)</w:t>
            </w:r>
          </w:p>
        </w:tc>
        <w:tc>
          <w:tcPr>
            <w:tcW w:w="3223" w:type="dxa"/>
          </w:tcPr>
          <w:p w14:paraId="7110C2A1" w14:textId="77777777" w:rsidR="00456487" w:rsidRPr="00D2009F" w:rsidRDefault="00456487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9561596352</w:t>
            </w:r>
          </w:p>
          <w:p w14:paraId="2B07917A" w14:textId="77777777" w:rsidR="00456487" w:rsidRPr="00D2009F" w:rsidRDefault="00D2009F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</w:t>
            </w:r>
            <w:r w:rsidR="00456487" w:rsidRPr="00D2009F">
              <w:rPr>
                <w:rFonts w:ascii="Times New Roman" w:hAnsi="Times New Roman" w:cs="Times New Roman"/>
              </w:rPr>
              <w:t>agtaprutuja07@gmail.com</w:t>
            </w:r>
          </w:p>
        </w:tc>
      </w:tr>
      <w:tr w:rsidR="001623FE" w:rsidRPr="00D2009F" w14:paraId="5B446762" w14:textId="77777777" w:rsidTr="005A0005">
        <w:trPr>
          <w:trHeight w:val="354"/>
        </w:trPr>
        <w:tc>
          <w:tcPr>
            <w:tcW w:w="725" w:type="dxa"/>
          </w:tcPr>
          <w:p w14:paraId="1F3BCE4C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40" w:type="dxa"/>
          </w:tcPr>
          <w:p w14:paraId="5466001E" w14:textId="77777777" w:rsidR="008D6734" w:rsidRPr="00D2009F" w:rsidRDefault="00D2009F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 xml:space="preserve">Ms. </w:t>
            </w:r>
            <w:proofErr w:type="spellStart"/>
            <w:r w:rsidRPr="00D2009F">
              <w:rPr>
                <w:rFonts w:ascii="Times New Roman" w:hAnsi="Times New Roman" w:cs="Times New Roman"/>
              </w:rPr>
              <w:t>Shravani</w:t>
            </w:r>
            <w:proofErr w:type="spellEnd"/>
            <w:r w:rsidRPr="00D200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009F">
              <w:rPr>
                <w:rFonts w:ascii="Times New Roman" w:hAnsi="Times New Roman" w:cs="Times New Roman"/>
              </w:rPr>
              <w:t>Sondkar</w:t>
            </w:r>
            <w:proofErr w:type="spellEnd"/>
          </w:p>
        </w:tc>
        <w:tc>
          <w:tcPr>
            <w:tcW w:w="2447" w:type="dxa"/>
          </w:tcPr>
          <w:p w14:paraId="681F55D0" w14:textId="77777777" w:rsidR="008D6734" w:rsidRPr="00D2009F" w:rsidRDefault="00330B7B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Student (T. Y. B. Pharm)</w:t>
            </w:r>
          </w:p>
        </w:tc>
        <w:tc>
          <w:tcPr>
            <w:tcW w:w="3223" w:type="dxa"/>
          </w:tcPr>
          <w:p w14:paraId="152C0161" w14:textId="77777777" w:rsidR="00D2009F" w:rsidRPr="00D2009F" w:rsidRDefault="00D2009F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8805161446</w:t>
            </w:r>
          </w:p>
          <w:p w14:paraId="543DA088" w14:textId="77777777" w:rsidR="008D6734" w:rsidRPr="00D2009F" w:rsidRDefault="00D2009F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D2009F">
              <w:rPr>
                <w:rFonts w:ascii="Times New Roman" w:hAnsi="Times New Roman" w:cs="Times New Roman"/>
              </w:rPr>
              <w:t>hravanisondkar2</w:t>
            </w:r>
            <w:r w:rsidR="00330B7B" w:rsidRPr="00D2009F">
              <w:rPr>
                <w:rFonts w:ascii="Times New Roman" w:hAnsi="Times New Roman" w:cs="Times New Roman"/>
              </w:rPr>
              <w:t>@gmail.com</w:t>
            </w:r>
          </w:p>
        </w:tc>
      </w:tr>
      <w:tr w:rsidR="00330B7B" w:rsidRPr="00D2009F" w14:paraId="1E7FBA6C" w14:textId="77777777" w:rsidTr="005A0005">
        <w:trPr>
          <w:trHeight w:val="354"/>
        </w:trPr>
        <w:tc>
          <w:tcPr>
            <w:tcW w:w="725" w:type="dxa"/>
          </w:tcPr>
          <w:p w14:paraId="6A3EFC9B" w14:textId="77777777" w:rsidR="00330B7B" w:rsidRPr="00D2009F" w:rsidRDefault="00330B7B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340" w:type="dxa"/>
          </w:tcPr>
          <w:p w14:paraId="0D6DB6A1" w14:textId="77777777" w:rsidR="00330B7B" w:rsidRPr="00D2009F" w:rsidRDefault="001623FE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 w:rsidRPr="00D2009F">
              <w:rPr>
                <w:rFonts w:ascii="Times New Roman" w:hAnsi="Times New Roman" w:cs="Times New Roman"/>
              </w:rPr>
              <w:t>S</w:t>
            </w:r>
            <w:r w:rsidR="00330B7B" w:rsidRPr="00D2009F">
              <w:rPr>
                <w:rFonts w:ascii="Times New Roman" w:hAnsi="Times New Roman" w:cs="Times New Roman"/>
              </w:rPr>
              <w:t>andesh</w:t>
            </w:r>
            <w:proofErr w:type="spellEnd"/>
            <w:r w:rsidR="00330B7B" w:rsidRPr="00D200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30B7B" w:rsidRPr="00D2009F">
              <w:rPr>
                <w:rFonts w:ascii="Times New Roman" w:hAnsi="Times New Roman" w:cs="Times New Roman"/>
              </w:rPr>
              <w:t>Shete</w:t>
            </w:r>
            <w:proofErr w:type="spellEnd"/>
          </w:p>
        </w:tc>
        <w:tc>
          <w:tcPr>
            <w:tcW w:w="2447" w:type="dxa"/>
          </w:tcPr>
          <w:p w14:paraId="4503FCAE" w14:textId="77777777" w:rsidR="00330B7B" w:rsidRPr="00D2009F" w:rsidRDefault="00330B7B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Student (S. Y. B. Pharm)</w:t>
            </w:r>
          </w:p>
        </w:tc>
        <w:tc>
          <w:tcPr>
            <w:tcW w:w="3223" w:type="dxa"/>
          </w:tcPr>
          <w:p w14:paraId="45016FE9" w14:textId="77777777" w:rsidR="001623FE" w:rsidRPr="00D2009F" w:rsidRDefault="001623FE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8857</w:t>
            </w:r>
            <w:r w:rsidR="00330B7B" w:rsidRPr="00D2009F">
              <w:rPr>
                <w:rFonts w:ascii="Times New Roman" w:hAnsi="Times New Roman" w:cs="Times New Roman"/>
              </w:rPr>
              <w:t>8937</w:t>
            </w:r>
            <w:r w:rsidRPr="00D2009F">
              <w:rPr>
                <w:rFonts w:ascii="Times New Roman" w:hAnsi="Times New Roman" w:cs="Times New Roman"/>
              </w:rPr>
              <w:t>37</w:t>
            </w:r>
          </w:p>
          <w:p w14:paraId="632F092C" w14:textId="77777777" w:rsidR="001623FE" w:rsidRPr="00D2009F" w:rsidRDefault="001623FE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shetesandesh27@gmail.com</w:t>
            </w:r>
          </w:p>
        </w:tc>
      </w:tr>
      <w:tr w:rsidR="00330B7B" w:rsidRPr="00D2009F" w14:paraId="4D71B5DA" w14:textId="77777777" w:rsidTr="005A0005">
        <w:trPr>
          <w:trHeight w:val="177"/>
        </w:trPr>
        <w:tc>
          <w:tcPr>
            <w:tcW w:w="725" w:type="dxa"/>
          </w:tcPr>
          <w:p w14:paraId="251F881E" w14:textId="77777777" w:rsidR="00330B7B" w:rsidRPr="00D2009F" w:rsidRDefault="00330B7B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340" w:type="dxa"/>
          </w:tcPr>
          <w:p w14:paraId="45B5BA4B" w14:textId="77777777" w:rsidR="00330B7B" w:rsidRPr="00D2009F" w:rsidRDefault="00330B7B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Awaited</w:t>
            </w:r>
          </w:p>
        </w:tc>
        <w:tc>
          <w:tcPr>
            <w:tcW w:w="2447" w:type="dxa"/>
          </w:tcPr>
          <w:p w14:paraId="67B8AF74" w14:textId="77777777" w:rsidR="00330B7B" w:rsidRPr="00D2009F" w:rsidRDefault="00330B7B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Student (F. Y. B. Pharm)</w:t>
            </w:r>
          </w:p>
        </w:tc>
        <w:tc>
          <w:tcPr>
            <w:tcW w:w="3223" w:type="dxa"/>
          </w:tcPr>
          <w:p w14:paraId="332FD7AC" w14:textId="77777777" w:rsidR="00330B7B" w:rsidRPr="00D2009F" w:rsidRDefault="00330B7B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23FE" w:rsidRPr="00D2009F" w14:paraId="0155F814" w14:textId="77777777" w:rsidTr="005A0005">
        <w:trPr>
          <w:trHeight w:val="354"/>
        </w:trPr>
        <w:tc>
          <w:tcPr>
            <w:tcW w:w="725" w:type="dxa"/>
          </w:tcPr>
          <w:p w14:paraId="1E5A5A44" w14:textId="77777777" w:rsidR="008D6734" w:rsidRPr="00D2009F" w:rsidRDefault="00330B7B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340" w:type="dxa"/>
          </w:tcPr>
          <w:p w14:paraId="0B45B607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 xml:space="preserve">Ms. </w:t>
            </w:r>
            <w:r w:rsidR="00553678" w:rsidRPr="00D2009F">
              <w:rPr>
                <w:rFonts w:ascii="Times New Roman" w:hAnsi="Times New Roman" w:cs="Times New Roman"/>
              </w:rPr>
              <w:t xml:space="preserve">Vaishnavi </w:t>
            </w:r>
            <w:r w:rsidR="006C55A2" w:rsidRPr="00D2009F">
              <w:rPr>
                <w:rFonts w:ascii="Times New Roman" w:hAnsi="Times New Roman" w:cs="Times New Roman"/>
              </w:rPr>
              <w:t>K</w:t>
            </w:r>
            <w:r w:rsidR="00553678" w:rsidRPr="00D2009F">
              <w:rPr>
                <w:rFonts w:ascii="Times New Roman" w:hAnsi="Times New Roman" w:cs="Times New Roman"/>
              </w:rPr>
              <w:t xml:space="preserve">adam </w:t>
            </w:r>
          </w:p>
        </w:tc>
        <w:tc>
          <w:tcPr>
            <w:tcW w:w="2447" w:type="dxa"/>
          </w:tcPr>
          <w:p w14:paraId="0C64DD6C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Student (S. Y. D. Pharm)</w:t>
            </w:r>
          </w:p>
        </w:tc>
        <w:tc>
          <w:tcPr>
            <w:tcW w:w="3223" w:type="dxa"/>
          </w:tcPr>
          <w:p w14:paraId="148F3887" w14:textId="77777777" w:rsidR="00553678" w:rsidRPr="00D2009F" w:rsidRDefault="00553678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8767070390</w:t>
            </w:r>
          </w:p>
          <w:p w14:paraId="557840AC" w14:textId="77777777" w:rsidR="008D6734" w:rsidRPr="00D2009F" w:rsidRDefault="00553678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kadamvaishnavi0612@gmail.com</w:t>
            </w:r>
          </w:p>
        </w:tc>
      </w:tr>
      <w:tr w:rsidR="001623FE" w:rsidRPr="00D2009F" w14:paraId="44B9B875" w14:textId="77777777" w:rsidTr="005A0005">
        <w:trPr>
          <w:trHeight w:val="177"/>
        </w:trPr>
        <w:tc>
          <w:tcPr>
            <w:tcW w:w="725" w:type="dxa"/>
          </w:tcPr>
          <w:p w14:paraId="5A1AD8D4" w14:textId="77777777" w:rsidR="008D6734" w:rsidRPr="00D2009F" w:rsidRDefault="00330B7B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340" w:type="dxa"/>
          </w:tcPr>
          <w:p w14:paraId="52FD1462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Awaited</w:t>
            </w:r>
          </w:p>
        </w:tc>
        <w:tc>
          <w:tcPr>
            <w:tcW w:w="2447" w:type="dxa"/>
          </w:tcPr>
          <w:p w14:paraId="5203D0F6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Student (F. Y. D. Pharm)</w:t>
            </w:r>
          </w:p>
        </w:tc>
        <w:tc>
          <w:tcPr>
            <w:tcW w:w="3223" w:type="dxa"/>
          </w:tcPr>
          <w:p w14:paraId="777453A4" w14:textId="77777777" w:rsidR="008D6734" w:rsidRPr="00D2009F" w:rsidRDefault="008D6734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23FE" w:rsidRPr="00D2009F" w14:paraId="4C1D80FD" w14:textId="77777777" w:rsidTr="005A0005">
        <w:trPr>
          <w:trHeight w:val="345"/>
        </w:trPr>
        <w:tc>
          <w:tcPr>
            <w:tcW w:w="725" w:type="dxa"/>
          </w:tcPr>
          <w:p w14:paraId="23E64057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340" w:type="dxa"/>
          </w:tcPr>
          <w:p w14:paraId="533F094B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Ms. Pooja Pisal</w:t>
            </w:r>
          </w:p>
        </w:tc>
        <w:tc>
          <w:tcPr>
            <w:tcW w:w="2447" w:type="dxa"/>
          </w:tcPr>
          <w:p w14:paraId="34546B39" w14:textId="77777777" w:rsidR="008D6734" w:rsidRPr="00D2009F" w:rsidRDefault="008D6734" w:rsidP="005A0005">
            <w:pPr>
              <w:spacing w:before="50" w:after="0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Member Secretary (Asst. Professor)</w:t>
            </w:r>
          </w:p>
        </w:tc>
        <w:tc>
          <w:tcPr>
            <w:tcW w:w="3223" w:type="dxa"/>
          </w:tcPr>
          <w:p w14:paraId="25A22F8B" w14:textId="77777777" w:rsidR="008D6734" w:rsidRPr="00D2009F" w:rsidRDefault="008D6734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9119443542</w:t>
            </w:r>
          </w:p>
          <w:p w14:paraId="5A06A60F" w14:textId="77777777" w:rsidR="008D6734" w:rsidRPr="00D2009F" w:rsidRDefault="006C55A2" w:rsidP="005A0005">
            <w:pPr>
              <w:spacing w:before="50" w:after="0"/>
              <w:jc w:val="center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p</w:t>
            </w:r>
            <w:r w:rsidR="008D6734" w:rsidRPr="00D2009F">
              <w:rPr>
                <w:rFonts w:ascii="Times New Roman" w:hAnsi="Times New Roman" w:cs="Times New Roman"/>
              </w:rPr>
              <w:t>ooja.pisal295@gmail.com</w:t>
            </w:r>
          </w:p>
        </w:tc>
      </w:tr>
    </w:tbl>
    <w:p w14:paraId="50AF8598" w14:textId="2DD9E03E" w:rsidR="004423F7" w:rsidRDefault="004423F7" w:rsidP="005A0005">
      <w:pPr>
        <w:rPr>
          <w:rFonts w:ascii="Times New Roman" w:hAnsi="Times New Roman" w:cs="Times New Roman"/>
        </w:rPr>
      </w:pPr>
    </w:p>
    <w:p w14:paraId="1A7C66C5" w14:textId="647D7C9F" w:rsidR="005A0005" w:rsidRDefault="0089393D" w:rsidP="005A0005">
      <w:pPr>
        <w:rPr>
          <w:rFonts w:ascii="Times New Roman" w:hAnsi="Times New Roman" w:cs="Times New Roman"/>
        </w:rPr>
      </w:pPr>
      <w:r w:rsidRPr="0089393D">
        <w:rPr>
          <w:rFonts w:ascii="Times New Roman" w:hAnsi="Times New Roman" w:cs="Times New Roman"/>
          <w:lang w:val="en-IN"/>
        </w:rPr>
        <mc:AlternateContent>
          <mc:Choice Requires="wps">
            <w:drawing>
              <wp:inline distT="0" distB="0" distL="0" distR="0" wp14:anchorId="4175AA04" wp14:editId="63FC6361">
                <wp:extent cx="304800" cy="304800"/>
                <wp:effectExtent l="0" t="0" r="0" b="0"/>
                <wp:docPr id="1" name="Rectangle 1" descr="blob:https://web.whatsapp.com/a885438a-febc-4884-9031-228f7fd580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1556B6" id="Rectangle 1" o:spid="_x0000_s1026" alt="blob:https://web.whatsapp.com/a885438a-febc-4884-9031-228f7fd5802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AZN6ew4gIAAAIGAAAOAAAAAAAAAAAAAAAAAC4C&#10;AABkcnMvZTJvRG9jLnhtbFBLAQItABQABgAIAAAAIQBMoOks2AAAAAMBAAAPAAAAAAAAAAAAAAAA&#10;ADw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</w:p>
    <w:p w14:paraId="5FB4BB36" w14:textId="2973E6E7" w:rsidR="0089393D" w:rsidRPr="0089393D" w:rsidRDefault="0089393D" w:rsidP="0089393D">
      <w:pPr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 xml:space="preserve">                                                                                                        </w:t>
      </w:r>
      <w:r w:rsidRPr="0089393D">
        <w:rPr>
          <w:rFonts w:ascii="Times New Roman" w:hAnsi="Times New Roman" w:cs="Times New Roman"/>
          <w:lang w:val="en-IN"/>
        </w:rPr>
        <w:drawing>
          <wp:inline distT="0" distB="0" distL="0" distR="0" wp14:anchorId="6251303F" wp14:editId="08C51DC2">
            <wp:extent cx="914400" cy="289501"/>
            <wp:effectExtent l="0" t="0" r="0" b="0"/>
            <wp:docPr id="2" name="Picture 2" descr="D:\2026-27\cultural\rsc sig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2026-27\cultural\rsc sign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6" cy="30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4F7AD" w14:textId="3F301B7B" w:rsidR="004423F7" w:rsidRPr="00D2009F" w:rsidRDefault="0089393D" w:rsidP="005A00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D2009F">
        <w:rPr>
          <w:rFonts w:ascii="Times New Roman" w:hAnsi="Times New Roman" w:cs="Times New Roman"/>
        </w:rPr>
        <w:t xml:space="preserve"> </w:t>
      </w:r>
      <w:r w:rsidR="004423F7" w:rsidRPr="00D2009F">
        <w:rPr>
          <w:rFonts w:ascii="Times New Roman" w:hAnsi="Times New Roman" w:cs="Times New Roman"/>
        </w:rPr>
        <w:t>Dr. R. S. Chavan</w:t>
      </w:r>
    </w:p>
    <w:p w14:paraId="6BBE916B" w14:textId="77777777" w:rsidR="004423F7" w:rsidRPr="00D2009F" w:rsidRDefault="004423F7" w:rsidP="005A0005">
      <w:pPr>
        <w:rPr>
          <w:rFonts w:ascii="Times New Roman" w:hAnsi="Times New Roman" w:cs="Times New Roman"/>
        </w:rPr>
      </w:pPr>
    </w:p>
    <w:p w14:paraId="08DDB388" w14:textId="77777777" w:rsidR="004423F7" w:rsidRPr="00D2009F" w:rsidRDefault="004423F7" w:rsidP="005A0005">
      <w:pPr>
        <w:rPr>
          <w:rFonts w:ascii="Times New Roman" w:hAnsi="Times New Roman" w:cs="Times New Roman"/>
        </w:rPr>
      </w:pPr>
    </w:p>
    <w:p w14:paraId="3C3D0D0C" w14:textId="77777777" w:rsidR="004423F7" w:rsidRPr="00D2009F" w:rsidRDefault="004423F7" w:rsidP="005A0005">
      <w:pPr>
        <w:rPr>
          <w:rFonts w:ascii="Times New Roman" w:hAnsi="Times New Roman" w:cs="Times New Roman"/>
        </w:rPr>
      </w:pPr>
    </w:p>
    <w:p w14:paraId="0D2A5862" w14:textId="77777777" w:rsidR="004423F7" w:rsidRPr="00D2009F" w:rsidRDefault="004423F7" w:rsidP="005A0005">
      <w:pPr>
        <w:rPr>
          <w:rFonts w:ascii="Times New Roman" w:hAnsi="Times New Roman" w:cs="Times New Roman"/>
        </w:rPr>
      </w:pPr>
    </w:p>
    <w:p w14:paraId="2C8D64F8" w14:textId="77777777" w:rsidR="004423F7" w:rsidRPr="00D2009F" w:rsidRDefault="004423F7" w:rsidP="005A0005">
      <w:pPr>
        <w:rPr>
          <w:rFonts w:ascii="Times New Roman" w:hAnsi="Times New Roman" w:cs="Times New Roman"/>
        </w:rPr>
      </w:pPr>
    </w:p>
    <w:p w14:paraId="47674EDE" w14:textId="77777777" w:rsidR="004423F7" w:rsidRPr="00D2009F" w:rsidRDefault="004423F7" w:rsidP="005A0005">
      <w:pPr>
        <w:rPr>
          <w:rFonts w:ascii="Times New Roman" w:hAnsi="Times New Roman" w:cs="Times New Roman"/>
        </w:rPr>
      </w:pPr>
    </w:p>
    <w:p w14:paraId="61496D25" w14:textId="77777777" w:rsidR="004423F7" w:rsidRPr="00D2009F" w:rsidRDefault="004423F7" w:rsidP="005A0005">
      <w:pPr>
        <w:rPr>
          <w:rFonts w:ascii="Times New Roman" w:hAnsi="Times New Roman" w:cs="Times New Roman"/>
        </w:rPr>
      </w:pPr>
    </w:p>
    <w:p w14:paraId="58ECFDC1" w14:textId="77777777" w:rsidR="004423F7" w:rsidRPr="00D2009F" w:rsidRDefault="004423F7" w:rsidP="005A0005">
      <w:pPr>
        <w:rPr>
          <w:rFonts w:ascii="Times New Roman" w:hAnsi="Times New Roman" w:cs="Times New Roman"/>
        </w:rPr>
      </w:pPr>
    </w:p>
    <w:p w14:paraId="16CFC2BC" w14:textId="77777777" w:rsidR="004423F7" w:rsidRPr="00D2009F" w:rsidRDefault="004423F7" w:rsidP="005A0005">
      <w:pPr>
        <w:rPr>
          <w:rFonts w:ascii="Times New Roman" w:hAnsi="Times New Roman" w:cs="Times New Roman"/>
        </w:rPr>
      </w:pPr>
    </w:p>
    <w:p w14:paraId="3B6E762C" w14:textId="77777777" w:rsidR="004423F7" w:rsidRPr="00D2009F" w:rsidRDefault="004423F7" w:rsidP="005A0005">
      <w:pPr>
        <w:rPr>
          <w:rFonts w:ascii="Times New Roman" w:hAnsi="Times New Roman" w:cs="Times New Roman"/>
        </w:rPr>
      </w:pPr>
    </w:p>
    <w:p w14:paraId="17B84197" w14:textId="77777777" w:rsidR="004423F7" w:rsidRPr="00D2009F" w:rsidRDefault="004423F7" w:rsidP="005A0005">
      <w:pPr>
        <w:rPr>
          <w:rFonts w:ascii="Times New Roman" w:hAnsi="Times New Roman" w:cs="Times New Roman"/>
        </w:rPr>
      </w:pPr>
    </w:p>
    <w:p w14:paraId="12B8FBE6" w14:textId="77777777" w:rsidR="004423F7" w:rsidRPr="00D2009F" w:rsidRDefault="004423F7" w:rsidP="005A0005">
      <w:pPr>
        <w:rPr>
          <w:rFonts w:ascii="Times New Roman" w:hAnsi="Times New Roman" w:cs="Times New Roman"/>
        </w:rPr>
      </w:pPr>
    </w:p>
    <w:p w14:paraId="5DA46950" w14:textId="77777777" w:rsidR="004423F7" w:rsidRPr="00D2009F" w:rsidRDefault="004423F7" w:rsidP="005A0005">
      <w:pPr>
        <w:rPr>
          <w:rFonts w:ascii="Times New Roman" w:hAnsi="Times New Roman" w:cs="Times New Roman"/>
        </w:rPr>
      </w:pPr>
    </w:p>
    <w:p w14:paraId="07691C33" w14:textId="77777777" w:rsidR="004423F7" w:rsidRPr="00D2009F" w:rsidRDefault="004423F7" w:rsidP="005A0005">
      <w:pPr>
        <w:rPr>
          <w:rFonts w:ascii="Times New Roman" w:hAnsi="Times New Roman" w:cs="Times New Roman"/>
        </w:rPr>
      </w:pPr>
    </w:p>
    <w:p w14:paraId="666B86D9" w14:textId="77777777" w:rsidR="004423F7" w:rsidRDefault="004423F7" w:rsidP="005A0005">
      <w:pPr>
        <w:rPr>
          <w:rFonts w:ascii="Times New Roman" w:hAnsi="Times New Roman" w:cs="Times New Roman"/>
        </w:rPr>
      </w:pPr>
    </w:p>
    <w:p w14:paraId="4621271F" w14:textId="77777777" w:rsidR="00D2009F" w:rsidRDefault="00D2009F" w:rsidP="005A0005">
      <w:pPr>
        <w:rPr>
          <w:rFonts w:ascii="Times New Roman" w:hAnsi="Times New Roman" w:cs="Times New Roman"/>
        </w:rPr>
      </w:pPr>
    </w:p>
    <w:p w14:paraId="00E6A682" w14:textId="77777777" w:rsidR="00D2009F" w:rsidRDefault="00D2009F" w:rsidP="005A0005">
      <w:pPr>
        <w:rPr>
          <w:rFonts w:ascii="Times New Roman" w:hAnsi="Times New Roman" w:cs="Times New Roman"/>
        </w:rPr>
      </w:pPr>
    </w:p>
    <w:p w14:paraId="2B8E7F54" w14:textId="77777777" w:rsidR="00D2009F" w:rsidRDefault="00D2009F" w:rsidP="005A0005">
      <w:pPr>
        <w:rPr>
          <w:rFonts w:ascii="Times New Roman" w:hAnsi="Times New Roman" w:cs="Times New Roman"/>
        </w:rPr>
      </w:pPr>
    </w:p>
    <w:p w14:paraId="14B7728A" w14:textId="77777777" w:rsidR="00D2009F" w:rsidRPr="00D2009F" w:rsidRDefault="00D2009F" w:rsidP="005A0005">
      <w:pPr>
        <w:rPr>
          <w:rFonts w:ascii="Times New Roman" w:hAnsi="Times New Roman" w:cs="Times New Roman"/>
        </w:rPr>
      </w:pPr>
    </w:p>
    <w:p w14:paraId="5CB1DFE0" w14:textId="77777777" w:rsidR="00CC3F71" w:rsidRPr="00D2009F" w:rsidRDefault="006101EB" w:rsidP="005A0005">
      <w:pPr>
        <w:rPr>
          <w:rFonts w:ascii="Times New Roman" w:hAnsi="Times New Roman" w:cs="Times New Roman"/>
          <w:b/>
          <w:sz w:val="24"/>
        </w:rPr>
      </w:pPr>
      <w:r w:rsidRPr="00D2009F">
        <w:rPr>
          <w:rFonts w:ascii="Times New Roman" w:hAnsi="Times New Roman" w:cs="Times New Roman"/>
          <w:b/>
          <w:sz w:val="24"/>
        </w:rPr>
        <w:t>Anti-Ragging Squad</w:t>
      </w:r>
    </w:p>
    <w:p w14:paraId="2EE67E5D" w14:textId="77777777" w:rsidR="00CC3F71" w:rsidRPr="00D2009F" w:rsidRDefault="006101EB" w:rsidP="005A0005">
      <w:pPr>
        <w:jc w:val="both"/>
        <w:rPr>
          <w:rFonts w:ascii="Times New Roman" w:hAnsi="Times New Roman" w:cs="Times New Roman"/>
        </w:rPr>
      </w:pPr>
      <w:r w:rsidRPr="00D2009F">
        <w:rPr>
          <w:rFonts w:ascii="Times New Roman" w:hAnsi="Times New Roman" w:cs="Times New Roman"/>
        </w:rPr>
        <w:t>The Anti-Ragging Squad conducts surprise inspections in hostels, classrooms, campus areas, and common zones. Their role is to detect, prevent, and report any suspicious activity related to ragging.</w:t>
      </w:r>
    </w:p>
    <w:tbl>
      <w:tblPr>
        <w:tblStyle w:val="TableGrid"/>
        <w:tblW w:w="887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09"/>
        <w:gridCol w:w="2429"/>
        <w:gridCol w:w="2699"/>
        <w:gridCol w:w="2933"/>
      </w:tblGrid>
      <w:tr w:rsidR="004423F7" w:rsidRPr="00D2009F" w14:paraId="57682005" w14:textId="77777777" w:rsidTr="001F4241">
        <w:trPr>
          <w:trHeight w:val="306"/>
        </w:trPr>
        <w:tc>
          <w:tcPr>
            <w:tcW w:w="809" w:type="dxa"/>
          </w:tcPr>
          <w:p w14:paraId="5B8A79D2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0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Sr.no</w:t>
            </w:r>
          </w:p>
        </w:tc>
        <w:tc>
          <w:tcPr>
            <w:tcW w:w="2429" w:type="dxa"/>
          </w:tcPr>
          <w:p w14:paraId="6A70446E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0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Member</w:t>
            </w:r>
          </w:p>
        </w:tc>
        <w:tc>
          <w:tcPr>
            <w:tcW w:w="2699" w:type="dxa"/>
          </w:tcPr>
          <w:p w14:paraId="6FFE1350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0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Designation</w:t>
            </w:r>
          </w:p>
        </w:tc>
        <w:tc>
          <w:tcPr>
            <w:tcW w:w="2933" w:type="dxa"/>
          </w:tcPr>
          <w:p w14:paraId="0137DEB9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09F">
              <w:rPr>
                <w:rFonts w:ascii="Times New Roman" w:hAnsi="Times New Roman" w:cs="Times New Roman"/>
                <w:b/>
                <w:bCs/>
              </w:rPr>
              <w:t>Contact Details</w:t>
            </w:r>
          </w:p>
        </w:tc>
      </w:tr>
      <w:tr w:rsidR="004423F7" w:rsidRPr="00D2009F" w14:paraId="77A45E5B" w14:textId="77777777" w:rsidTr="001F4241">
        <w:trPr>
          <w:trHeight w:val="306"/>
        </w:trPr>
        <w:tc>
          <w:tcPr>
            <w:tcW w:w="809" w:type="dxa"/>
          </w:tcPr>
          <w:p w14:paraId="50A13E3A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29" w:type="dxa"/>
          </w:tcPr>
          <w:p w14:paraId="54DD1747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 xml:space="preserve">Dr. </w:t>
            </w:r>
            <w:proofErr w:type="spellStart"/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>Rajashree</w:t>
            </w:r>
            <w:proofErr w:type="spellEnd"/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>Chavan</w:t>
            </w:r>
            <w:proofErr w:type="spellEnd"/>
          </w:p>
        </w:tc>
        <w:tc>
          <w:tcPr>
            <w:tcW w:w="2699" w:type="dxa"/>
          </w:tcPr>
          <w:p w14:paraId="40D2E153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>Chairman (Principal)</w:t>
            </w:r>
          </w:p>
        </w:tc>
        <w:tc>
          <w:tcPr>
            <w:tcW w:w="2933" w:type="dxa"/>
          </w:tcPr>
          <w:p w14:paraId="751B0185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hAnsi="Times New Roman" w:cs="Times New Roman"/>
                <w:sz w:val="24"/>
                <w:szCs w:val="24"/>
              </w:rPr>
              <w:t>9822258474</w:t>
            </w:r>
          </w:p>
          <w:p w14:paraId="28163963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hAnsi="Times New Roman" w:cs="Times New Roman"/>
                <w:sz w:val="24"/>
                <w:szCs w:val="24"/>
              </w:rPr>
              <w:t>rajchavan18@gmail.com</w:t>
            </w:r>
          </w:p>
        </w:tc>
      </w:tr>
      <w:tr w:rsidR="004423F7" w:rsidRPr="00D2009F" w14:paraId="1E220349" w14:textId="77777777" w:rsidTr="001F4241">
        <w:trPr>
          <w:trHeight w:val="588"/>
        </w:trPr>
        <w:tc>
          <w:tcPr>
            <w:tcW w:w="809" w:type="dxa"/>
          </w:tcPr>
          <w:p w14:paraId="77C4CFA0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29" w:type="dxa"/>
          </w:tcPr>
          <w:p w14:paraId="545E3605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 xml:space="preserve">Dr. </w:t>
            </w:r>
            <w:proofErr w:type="spellStart"/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>Smita</w:t>
            </w:r>
            <w:proofErr w:type="spellEnd"/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>Pawar</w:t>
            </w:r>
            <w:proofErr w:type="spellEnd"/>
          </w:p>
        </w:tc>
        <w:tc>
          <w:tcPr>
            <w:tcW w:w="2699" w:type="dxa"/>
          </w:tcPr>
          <w:p w14:paraId="3D4B3243" w14:textId="77777777" w:rsidR="004423F7" w:rsidRPr="00D2009F" w:rsidRDefault="00D2009F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>Member (</w:t>
            </w:r>
            <w:proofErr w:type="spellStart"/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>Asso</w:t>
            </w:r>
            <w:proofErr w:type="spellEnd"/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 xml:space="preserve">. </w:t>
            </w:r>
            <w:r w:rsidR="004423F7"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>Professor)</w:t>
            </w:r>
          </w:p>
        </w:tc>
        <w:tc>
          <w:tcPr>
            <w:tcW w:w="2933" w:type="dxa"/>
          </w:tcPr>
          <w:p w14:paraId="08D40305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9970705513</w:t>
            </w:r>
          </w:p>
          <w:p w14:paraId="48847FA7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hAnsi="Times New Roman" w:cs="Times New Roman"/>
              </w:rPr>
              <w:t>sjpawar4477@gmail.com</w:t>
            </w:r>
          </w:p>
        </w:tc>
      </w:tr>
      <w:tr w:rsidR="004423F7" w:rsidRPr="00D2009F" w14:paraId="2794093E" w14:textId="77777777" w:rsidTr="001F4241">
        <w:trPr>
          <w:trHeight w:val="588"/>
        </w:trPr>
        <w:tc>
          <w:tcPr>
            <w:tcW w:w="809" w:type="dxa"/>
          </w:tcPr>
          <w:p w14:paraId="19E4C44A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29" w:type="dxa"/>
          </w:tcPr>
          <w:p w14:paraId="784B0A45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>Dr. Jayashree Jagtap</w:t>
            </w:r>
          </w:p>
        </w:tc>
        <w:tc>
          <w:tcPr>
            <w:tcW w:w="2699" w:type="dxa"/>
          </w:tcPr>
          <w:p w14:paraId="71D5EC87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>Member (Asst. Professor)</w:t>
            </w:r>
          </w:p>
        </w:tc>
        <w:tc>
          <w:tcPr>
            <w:tcW w:w="2933" w:type="dxa"/>
          </w:tcPr>
          <w:p w14:paraId="36DFF3CD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7218923478</w:t>
            </w:r>
          </w:p>
          <w:p w14:paraId="4898C395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hAnsi="Times New Roman" w:cs="Times New Roman"/>
              </w:rPr>
              <w:t>jayarjagtap2rediffmail.com</w:t>
            </w:r>
          </w:p>
        </w:tc>
      </w:tr>
      <w:tr w:rsidR="004423F7" w:rsidRPr="00D2009F" w14:paraId="70606DAC" w14:textId="77777777" w:rsidTr="001F4241">
        <w:trPr>
          <w:trHeight w:val="306"/>
        </w:trPr>
        <w:tc>
          <w:tcPr>
            <w:tcW w:w="809" w:type="dxa"/>
          </w:tcPr>
          <w:p w14:paraId="75334864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29" w:type="dxa"/>
          </w:tcPr>
          <w:p w14:paraId="4B6D1F5C" w14:textId="77777777" w:rsidR="004423F7" w:rsidRPr="00D2009F" w:rsidRDefault="00D2009F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 xml:space="preserve">Ms. </w:t>
            </w:r>
            <w:proofErr w:type="spellStart"/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>Kartiki</w:t>
            </w:r>
            <w:proofErr w:type="spellEnd"/>
            <w:r w:rsidR="004423F7"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="004423F7"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>Kadam</w:t>
            </w:r>
            <w:proofErr w:type="spellEnd"/>
          </w:p>
        </w:tc>
        <w:tc>
          <w:tcPr>
            <w:tcW w:w="2699" w:type="dxa"/>
          </w:tcPr>
          <w:p w14:paraId="3458F027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>Member (Lecturer)</w:t>
            </w:r>
          </w:p>
        </w:tc>
        <w:tc>
          <w:tcPr>
            <w:tcW w:w="2933" w:type="dxa"/>
          </w:tcPr>
          <w:p w14:paraId="5301D8F1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9765239326</w:t>
            </w:r>
          </w:p>
          <w:p w14:paraId="08EC680D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hAnsi="Times New Roman" w:cs="Times New Roman"/>
              </w:rPr>
              <w:t>kartikik2910@gmail.com</w:t>
            </w:r>
          </w:p>
        </w:tc>
      </w:tr>
      <w:tr w:rsidR="004423F7" w:rsidRPr="00D2009F" w14:paraId="68E5852A" w14:textId="77777777" w:rsidTr="001F4241">
        <w:trPr>
          <w:trHeight w:val="588"/>
        </w:trPr>
        <w:tc>
          <w:tcPr>
            <w:tcW w:w="809" w:type="dxa"/>
          </w:tcPr>
          <w:p w14:paraId="3E5C4D1B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29" w:type="dxa"/>
          </w:tcPr>
          <w:p w14:paraId="7606D4C1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>Mr. Amol Kale</w:t>
            </w:r>
          </w:p>
        </w:tc>
        <w:tc>
          <w:tcPr>
            <w:tcW w:w="2699" w:type="dxa"/>
          </w:tcPr>
          <w:p w14:paraId="7F1CE90B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>Member (Asst. Professor)</w:t>
            </w:r>
          </w:p>
        </w:tc>
        <w:tc>
          <w:tcPr>
            <w:tcW w:w="2933" w:type="dxa"/>
          </w:tcPr>
          <w:p w14:paraId="132551CC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9890311157</w:t>
            </w:r>
          </w:p>
          <w:p w14:paraId="19BFA9E5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hAnsi="Times New Roman" w:cs="Times New Roman"/>
              </w:rPr>
              <w:t>amolkale@rediffmail.com</w:t>
            </w:r>
          </w:p>
        </w:tc>
      </w:tr>
      <w:tr w:rsidR="004423F7" w:rsidRPr="00D2009F" w14:paraId="6CB1825F" w14:textId="77777777" w:rsidTr="001F4241">
        <w:trPr>
          <w:trHeight w:val="319"/>
        </w:trPr>
        <w:tc>
          <w:tcPr>
            <w:tcW w:w="809" w:type="dxa"/>
          </w:tcPr>
          <w:p w14:paraId="48328755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29" w:type="dxa"/>
          </w:tcPr>
          <w:p w14:paraId="557E9102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 xml:space="preserve">Mrs. </w:t>
            </w:r>
            <w:proofErr w:type="spellStart"/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>Vaishali</w:t>
            </w:r>
            <w:proofErr w:type="spellEnd"/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>Takawale</w:t>
            </w:r>
            <w:proofErr w:type="spellEnd"/>
          </w:p>
        </w:tc>
        <w:tc>
          <w:tcPr>
            <w:tcW w:w="2699" w:type="dxa"/>
          </w:tcPr>
          <w:p w14:paraId="738DDE5A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>Member (Jr. Clerk)</w:t>
            </w:r>
          </w:p>
        </w:tc>
        <w:tc>
          <w:tcPr>
            <w:tcW w:w="2933" w:type="dxa"/>
          </w:tcPr>
          <w:p w14:paraId="249820BA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9158717484</w:t>
            </w:r>
          </w:p>
          <w:p w14:paraId="7B2C4720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hAnsi="Times New Roman" w:cs="Times New Roman"/>
              </w:rPr>
              <w:t>vaishalivtakawale@gmail.com</w:t>
            </w:r>
          </w:p>
        </w:tc>
      </w:tr>
      <w:tr w:rsidR="004423F7" w:rsidRPr="00D2009F" w14:paraId="3973C62B" w14:textId="77777777" w:rsidTr="001F4241">
        <w:trPr>
          <w:trHeight w:val="306"/>
        </w:trPr>
        <w:tc>
          <w:tcPr>
            <w:tcW w:w="809" w:type="dxa"/>
          </w:tcPr>
          <w:p w14:paraId="70E35824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29" w:type="dxa"/>
          </w:tcPr>
          <w:p w14:paraId="5CB950FE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 xml:space="preserve">Mr. </w:t>
            </w:r>
            <w:proofErr w:type="spellStart"/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>Sandip</w:t>
            </w:r>
            <w:proofErr w:type="spellEnd"/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>Ursal</w:t>
            </w:r>
            <w:proofErr w:type="spellEnd"/>
          </w:p>
        </w:tc>
        <w:tc>
          <w:tcPr>
            <w:tcW w:w="2699" w:type="dxa"/>
          </w:tcPr>
          <w:p w14:paraId="4C64FA1D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>Member (Lab Asst.)</w:t>
            </w:r>
          </w:p>
        </w:tc>
        <w:tc>
          <w:tcPr>
            <w:tcW w:w="2933" w:type="dxa"/>
          </w:tcPr>
          <w:p w14:paraId="58DBFC35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98505894922</w:t>
            </w:r>
          </w:p>
          <w:p w14:paraId="0A6756A6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hAnsi="Times New Roman" w:cs="Times New Roman"/>
              </w:rPr>
              <w:t>sandeepursal@gmail.com</w:t>
            </w:r>
          </w:p>
        </w:tc>
      </w:tr>
      <w:tr w:rsidR="004423F7" w:rsidRPr="00D2009F" w14:paraId="39ECACE9" w14:textId="77777777" w:rsidTr="001F4241">
        <w:trPr>
          <w:trHeight w:val="588"/>
        </w:trPr>
        <w:tc>
          <w:tcPr>
            <w:tcW w:w="809" w:type="dxa"/>
          </w:tcPr>
          <w:p w14:paraId="29862B60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29" w:type="dxa"/>
          </w:tcPr>
          <w:p w14:paraId="1B3ACDDB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>Ms. Pooja Pisal</w:t>
            </w:r>
          </w:p>
        </w:tc>
        <w:tc>
          <w:tcPr>
            <w:tcW w:w="2699" w:type="dxa"/>
          </w:tcPr>
          <w:p w14:paraId="39F80514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IN"/>
              </w:rPr>
              <w:t>Member Secretary (Asst. Professor)</w:t>
            </w:r>
          </w:p>
        </w:tc>
        <w:tc>
          <w:tcPr>
            <w:tcW w:w="2933" w:type="dxa"/>
          </w:tcPr>
          <w:p w14:paraId="7AE7A4C8" w14:textId="77777777" w:rsidR="004423F7" w:rsidRPr="00D2009F" w:rsidRDefault="004423F7" w:rsidP="005A0005">
            <w:pPr>
              <w:spacing w:before="50" w:line="276" w:lineRule="auto"/>
              <w:rPr>
                <w:rFonts w:ascii="Times New Roman" w:hAnsi="Times New Roman" w:cs="Times New Roman"/>
              </w:rPr>
            </w:pPr>
            <w:r w:rsidRPr="00D2009F">
              <w:rPr>
                <w:rFonts w:ascii="Times New Roman" w:hAnsi="Times New Roman" w:cs="Times New Roman"/>
              </w:rPr>
              <w:t>9119443542</w:t>
            </w:r>
          </w:p>
          <w:p w14:paraId="23A988AA" w14:textId="77777777" w:rsidR="004423F7" w:rsidRPr="00D2009F" w:rsidRDefault="004423F7" w:rsidP="005A0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F">
              <w:rPr>
                <w:rFonts w:ascii="Times New Roman" w:hAnsi="Times New Roman" w:cs="Times New Roman"/>
              </w:rPr>
              <w:t>pooja.pisal295@gmail.com</w:t>
            </w:r>
          </w:p>
        </w:tc>
      </w:tr>
    </w:tbl>
    <w:p w14:paraId="47B2479A" w14:textId="77777777" w:rsidR="00CC3F71" w:rsidRPr="00D2009F" w:rsidRDefault="00CC3F71" w:rsidP="005A0005">
      <w:pPr>
        <w:rPr>
          <w:rFonts w:ascii="Times New Roman" w:hAnsi="Times New Roman" w:cs="Times New Roman"/>
        </w:rPr>
      </w:pPr>
    </w:p>
    <w:p w14:paraId="2F0A05D9" w14:textId="75ADC413" w:rsidR="00B15EC9" w:rsidRPr="0089393D" w:rsidRDefault="0089393D" w:rsidP="0089393D">
      <w:r>
        <w:rPr>
          <w:rFonts w:ascii="Times New Roman" w:hAnsi="Times New Roman" w:cs="Times New Roman"/>
          <w:lang w:val="en-IN"/>
        </w:rPr>
        <w:t xml:space="preserve">                                                                                                          </w:t>
      </w:r>
      <w:r w:rsidRPr="0089393D">
        <w:rPr>
          <w:rFonts w:ascii="Times New Roman" w:hAnsi="Times New Roman" w:cs="Times New Roman"/>
          <w:lang w:val="en-IN"/>
        </w:rPr>
        <w:drawing>
          <wp:inline distT="0" distB="0" distL="0" distR="0" wp14:anchorId="444D3001" wp14:editId="1FC80FB6">
            <wp:extent cx="992806" cy="314325"/>
            <wp:effectExtent l="0" t="0" r="0" b="0"/>
            <wp:docPr id="3" name="Picture 3" descr="D:\2026-27\cultural\rsc sig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2026-27\cultural\rsc sign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269" cy="332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23F7" w:rsidRPr="00D2009F">
        <w:t xml:space="preserve">  </w:t>
      </w:r>
      <w:r>
        <w:t xml:space="preserve">                                              -                                                                                                                       </w:t>
      </w:r>
      <w:bookmarkStart w:id="0" w:name="_GoBack"/>
      <w:bookmarkEnd w:id="0"/>
      <w:r w:rsidR="004423F7" w:rsidRPr="00D2009F">
        <w:t>Dr. R. S. Chavan</w:t>
      </w:r>
    </w:p>
    <w:sectPr w:rsidR="00B15EC9" w:rsidRPr="0089393D" w:rsidSect="005A0005">
      <w:pgSz w:w="12240" w:h="15840"/>
      <w:pgMar w:top="1440" w:right="1800" w:bottom="1440" w:left="2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altName w:val="Cambria Math"/>
    <w:panose1 w:val="02040503050203030202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wis721 Cn BT">
    <w:charset w:val="00"/>
    <w:family w:val="swiss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3760A9"/>
    <w:multiLevelType w:val="hybridMultilevel"/>
    <w:tmpl w:val="190C68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9E58B9"/>
    <w:multiLevelType w:val="hybridMultilevel"/>
    <w:tmpl w:val="0C68474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C4940"/>
    <w:multiLevelType w:val="multilevel"/>
    <w:tmpl w:val="C2304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7B5CEF"/>
    <w:multiLevelType w:val="hybridMultilevel"/>
    <w:tmpl w:val="BE2E5E1A"/>
    <w:lvl w:ilvl="0" w:tplc="246490A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35116"/>
    <w:multiLevelType w:val="hybridMultilevel"/>
    <w:tmpl w:val="DD7C959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C42E9A"/>
    <w:multiLevelType w:val="hybridMultilevel"/>
    <w:tmpl w:val="ECF0316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854DD6"/>
    <w:multiLevelType w:val="hybridMultilevel"/>
    <w:tmpl w:val="BFEC401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500ABB"/>
    <w:multiLevelType w:val="hybridMultilevel"/>
    <w:tmpl w:val="84ECCCFC"/>
    <w:lvl w:ilvl="0" w:tplc="4B86E7C8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EC7A2D"/>
    <w:multiLevelType w:val="hybridMultilevel"/>
    <w:tmpl w:val="59EC07D8"/>
    <w:lvl w:ilvl="0" w:tplc="31BA3186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D26F43"/>
    <w:multiLevelType w:val="hybridMultilevel"/>
    <w:tmpl w:val="283CDDEE"/>
    <w:lvl w:ilvl="0" w:tplc="634CD140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1763FC"/>
    <w:multiLevelType w:val="hybridMultilevel"/>
    <w:tmpl w:val="07B4C1C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A3567C"/>
    <w:multiLevelType w:val="multilevel"/>
    <w:tmpl w:val="20A4A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206A80"/>
    <w:multiLevelType w:val="hybridMultilevel"/>
    <w:tmpl w:val="FE0C9D9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A262AF"/>
    <w:multiLevelType w:val="hybridMultilevel"/>
    <w:tmpl w:val="1D8E2E2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BF3FD4"/>
    <w:multiLevelType w:val="hybridMultilevel"/>
    <w:tmpl w:val="DB6C407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16"/>
  </w:num>
  <w:num w:numId="12">
    <w:abstractNumId w:val="14"/>
  </w:num>
  <w:num w:numId="13">
    <w:abstractNumId w:val="12"/>
  </w:num>
  <w:num w:numId="14">
    <w:abstractNumId w:val="9"/>
  </w:num>
  <w:num w:numId="15">
    <w:abstractNumId w:val="13"/>
  </w:num>
  <w:num w:numId="16">
    <w:abstractNumId w:val="10"/>
  </w:num>
  <w:num w:numId="17">
    <w:abstractNumId w:val="22"/>
  </w:num>
  <w:num w:numId="18">
    <w:abstractNumId w:val="19"/>
  </w:num>
  <w:num w:numId="19">
    <w:abstractNumId w:val="11"/>
  </w:num>
  <w:num w:numId="20">
    <w:abstractNumId w:val="20"/>
  </w:num>
  <w:num w:numId="21">
    <w:abstractNumId w:val="21"/>
  </w:num>
  <w:num w:numId="22">
    <w:abstractNumId w:val="17"/>
  </w:num>
  <w:num w:numId="23">
    <w:abstractNumId w:val="23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97F47"/>
    <w:rsid w:val="0015074B"/>
    <w:rsid w:val="00152921"/>
    <w:rsid w:val="001623FE"/>
    <w:rsid w:val="001C2B61"/>
    <w:rsid w:val="001C71EA"/>
    <w:rsid w:val="0029601E"/>
    <w:rsid w:val="0029639D"/>
    <w:rsid w:val="00326F90"/>
    <w:rsid w:val="00330B7B"/>
    <w:rsid w:val="00364E85"/>
    <w:rsid w:val="003F33CD"/>
    <w:rsid w:val="00430829"/>
    <w:rsid w:val="004423F7"/>
    <w:rsid w:val="00456487"/>
    <w:rsid w:val="00553678"/>
    <w:rsid w:val="005A0005"/>
    <w:rsid w:val="006101EB"/>
    <w:rsid w:val="006614CC"/>
    <w:rsid w:val="006C55A2"/>
    <w:rsid w:val="00876348"/>
    <w:rsid w:val="0089393D"/>
    <w:rsid w:val="008A438E"/>
    <w:rsid w:val="008D6734"/>
    <w:rsid w:val="00937C4E"/>
    <w:rsid w:val="00A07FF7"/>
    <w:rsid w:val="00AA1D8D"/>
    <w:rsid w:val="00B15EC9"/>
    <w:rsid w:val="00B47730"/>
    <w:rsid w:val="00B61ABC"/>
    <w:rsid w:val="00C2025C"/>
    <w:rsid w:val="00CB0664"/>
    <w:rsid w:val="00CC3F71"/>
    <w:rsid w:val="00D2009F"/>
    <w:rsid w:val="00E16856"/>
    <w:rsid w:val="00E709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FCC3FD"/>
  <w14:defaultImageDpi w14:val="300"/>
  <w15:docId w15:val="{FAD7E352-FACD-429D-A676-4FFD8B750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709A6"/>
    <w:rPr>
      <w:color w:val="0000FF" w:themeColor="hyperlink"/>
      <w:u w:val="single"/>
    </w:rPr>
  </w:style>
  <w:style w:type="character" w:customStyle="1" w:styleId="A2">
    <w:name w:val="A2"/>
    <w:uiPriority w:val="99"/>
    <w:rsid w:val="00E709A6"/>
    <w:rPr>
      <w:rFonts w:cs="Swis721 Cn BT"/>
      <w:i/>
      <w:iCs/>
      <w:color w:val="211D1E"/>
      <w:sz w:val="22"/>
      <w:szCs w:val="22"/>
    </w:rPr>
  </w:style>
  <w:style w:type="paragraph" w:styleId="NormalWeb">
    <w:name w:val="Normal (Web)"/>
    <w:basedOn w:val="Normal"/>
    <w:uiPriority w:val="99"/>
    <w:unhideWhenUsed/>
    <w:rsid w:val="00B15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C4A17EF-5D5A-4695-A7CC-CEBC766B8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SGRS</cp:lastModifiedBy>
  <cp:revision>3</cp:revision>
  <dcterms:created xsi:type="dcterms:W3CDTF">2026-09-23T04:19:00Z</dcterms:created>
  <dcterms:modified xsi:type="dcterms:W3CDTF">2026-09-23T07:06:00Z</dcterms:modified>
  <cp:category/>
</cp:coreProperties>
</file>